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FORMULÁŘ PRO UPLATNĚNÍ REKLAMACE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Prodávající</w:t>
            </w:r>
          </w:p>
        </w:tc>
        <w:tc>
          <w:tcPr>
            <w:tcW w:type="dxa" w:w="4986"/>
          </w:tcPr>
          <w:p>
            <w:r>
              <w:t>Bohumil Pfleger</w:t>
            </w:r>
          </w:p>
        </w:tc>
      </w:tr>
      <w:tr>
        <w:tc>
          <w:tcPr>
            <w:tcW w:type="dxa" w:w="4986"/>
          </w:tcPr>
          <w:p>
            <w:r>
              <w:t>IČO</w:t>
            </w:r>
          </w:p>
        </w:tc>
        <w:tc>
          <w:tcPr>
            <w:tcW w:type="dxa" w:w="4986"/>
          </w:tcPr>
          <w:p>
            <w:r>
              <w:t>42953481</w:t>
            </w:r>
          </w:p>
        </w:tc>
      </w:tr>
      <w:tr>
        <w:tc>
          <w:tcPr>
            <w:tcW w:type="dxa" w:w="4986"/>
          </w:tcPr>
          <w:p>
            <w:r>
              <w:t>DIČ</w:t>
            </w:r>
          </w:p>
        </w:tc>
        <w:tc>
          <w:tcPr>
            <w:tcW w:type="dxa" w:w="4986"/>
          </w:tcPr>
          <w:p>
            <w:r>
              <w:t>CZ7305244848</w:t>
            </w:r>
          </w:p>
        </w:tc>
      </w:tr>
      <w:tr>
        <w:tc>
          <w:tcPr>
            <w:tcW w:type="dxa" w:w="4986"/>
          </w:tcPr>
          <w:p>
            <w:r>
              <w:t>Sídlo</w:t>
            </w:r>
          </w:p>
        </w:tc>
        <w:tc>
          <w:tcPr>
            <w:tcW w:type="dxa" w:w="4986"/>
          </w:tcPr>
          <w:p>
            <w:r>
              <w:t>Tulipánová 627/6, 746 01 Opava</w:t>
            </w:r>
          </w:p>
        </w:tc>
      </w:tr>
      <w:tr>
        <w:tc>
          <w:tcPr>
            <w:tcW w:type="dxa" w:w="4986"/>
          </w:tcPr>
          <w:p>
            <w:r>
              <w:t>E-mail</w:t>
            </w:r>
          </w:p>
        </w:tc>
        <w:tc>
          <w:tcPr>
            <w:tcW w:type="dxa" w:w="4986"/>
          </w:tcPr>
          <w:p>
            <w:r>
              <w:t>info@levnestribro.cz</w:t>
            </w:r>
          </w:p>
        </w:tc>
      </w:tr>
      <w:tr>
        <w:tc>
          <w:tcPr>
            <w:tcW w:type="dxa" w:w="4986"/>
          </w:tcPr>
          <w:p>
            <w:r>
              <w:t>Telefon</w:t>
            </w:r>
          </w:p>
        </w:tc>
        <w:tc>
          <w:tcPr>
            <w:tcW w:type="dxa" w:w="4986"/>
          </w:tcPr>
          <w:p>
            <w:r>
              <w:t>+420 732 842 699</w:t>
            </w:r>
          </w:p>
        </w:tc>
      </w:tr>
    </w:tbl>
    <w:p>
      <w:r>
        <w:t>Adresa pro vrácení zboží a reklamace: Levnestribro.cz, Hana Košárková, U hřbitova 1056/61A, 747 06 Opava</w:t>
      </w:r>
    </w:p>
    <w:p>
      <w:r>
        <w:t>Pro rychlé vyřízení reklamace vyplňte dostupné údaje.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vAlign w:val="center"/>
          </w:tcPr>
          <w:p>
            <w:r>
              <w:t>Jméno / firma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Adresa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E-mail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Telefon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Číslo objednávky / dokladu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Datum nákupu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Reklamované zboží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Kdy se vada projevila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Popis projevu vady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Požadovaný způsob vyřízení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  <w:tr>
        <w:tc>
          <w:tcPr>
            <w:tcW w:type="dxa" w:w="4986"/>
            <w:vAlign w:val="center"/>
          </w:tcPr>
          <w:p>
            <w:r>
              <w:t>Datum uplatnění reklamace</w:t>
            </w:r>
          </w:p>
        </w:tc>
        <w:tc>
          <w:tcPr>
            <w:tcW w:type="dxa" w:w="4986"/>
            <w:vAlign w:val="center"/>
          </w:tcPr>
          <w:p>
            <w:r>
              <w:t>________________________________________</w:t>
            </w:r>
          </w:p>
        </w:tc>
      </w:tr>
    </w:tbl>
    <w:p>
      <w:r>
        <w:t>Podpis zákazníka: ______________________________</w:t>
      </w:r>
    </w:p>
    <w:p>
      <w:r>
        <w:t>Vyplnění formuláře není podmínkou uplatnění zákonných práv z vadného plnění.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